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BIỂU MẪU KIỂM TRA VỆ SINH NHÀ VỆ SINH</w:t>
      </w:r>
    </w:p>
    <w:p>
      <w:r>
        <w:t>Thông tin chung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Ngày kiểm tra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Khu vực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Người thực hiện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Người kiểm tra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Ghi chú chung</w:t>
            </w:r>
          </w:p>
        </w:tc>
        <w:tc>
          <w:tcPr>
            <w:tcW w:type="dxa" w:w="4320"/>
          </w:tcPr>
          <w:p/>
        </w:tc>
      </w:tr>
    </w:tbl>
    <w:p>
      <w:r>
        <w:br/>
        <w:t>Danh sách hạng mục kiểm tra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Hạng mục</w:t>
            </w:r>
          </w:p>
        </w:tc>
        <w:tc>
          <w:tcPr>
            <w:tcW w:type="dxa" w:w="2160"/>
          </w:tcPr>
          <w:p>
            <w:r>
              <w:t>Đạt</w:t>
            </w:r>
          </w:p>
        </w:tc>
        <w:tc>
          <w:tcPr>
            <w:tcW w:type="dxa" w:w="2160"/>
          </w:tcPr>
          <w:p>
            <w:r>
              <w:t>Không đạt</w:t>
            </w:r>
          </w:p>
        </w:tc>
        <w:tc>
          <w:tcPr>
            <w:tcW w:type="dxa" w:w="2160"/>
          </w:tcPr>
          <w:p>
            <w:r>
              <w:t>Không thực hiện</w:t>
            </w:r>
          </w:p>
        </w:tc>
      </w:tr>
      <w:tr>
        <w:tc>
          <w:tcPr>
            <w:tcW w:type="dxa" w:w="2160"/>
          </w:tcPr>
          <w:p>
            <w:r>
              <w:t>Cửa, gương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Sàn nhà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Bồn rửa tay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Bồn cầu / bệ vệ sinh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Giấy, xà phòng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Mùi và thoát nước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